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0385" w14:textId="77777777" w:rsidR="00EC1B7D" w:rsidRDefault="00EC1B7D">
      <w:pPr>
        <w:spacing w:after="80"/>
        <w:jc w:val="center"/>
        <w:rPr>
          <w:b/>
          <w:sz w:val="28"/>
        </w:rPr>
      </w:pPr>
    </w:p>
    <w:p w14:paraId="336A0783" w14:textId="5B44189C" w:rsidR="007C513A" w:rsidRDefault="00000000">
      <w:pPr>
        <w:spacing w:after="80"/>
        <w:jc w:val="center"/>
      </w:pPr>
      <w:r>
        <w:rPr>
          <w:b/>
          <w:sz w:val="28"/>
        </w:rPr>
        <w:t>DECLARAÇÃO DE PRÁTICA ESPORTIVA</w:t>
      </w:r>
    </w:p>
    <w:p w14:paraId="05AF0E9A" w14:textId="77777777" w:rsidR="007C513A" w:rsidRDefault="00000000">
      <w:pPr>
        <w:spacing w:after="440"/>
        <w:jc w:val="center"/>
      </w:pPr>
      <w:r>
        <w:rPr>
          <w:i/>
          <w:sz w:val="20"/>
        </w:rPr>
        <w:t>Documento comprobatório referido no Edital nº 04/2026/DIAES/RE/IFAP – Programa Bolsa Atleta do IFAP (itens 3.1 §2º, 7.6 e 12.2)</w:t>
      </w:r>
    </w:p>
    <w:p w14:paraId="27CFCD8A" w14:textId="77777777" w:rsidR="007C513A" w:rsidRDefault="00000000">
      <w:pPr>
        <w:spacing w:after="160"/>
      </w:pPr>
      <w:r>
        <w:rPr>
          <w:b/>
        </w:rPr>
        <w:t>IDENTIFICAÇÃO DA INSTITUIÇÃO/SETOR EMITENTE</w:t>
      </w:r>
    </w:p>
    <w:p w14:paraId="6A0CE552" w14:textId="77777777" w:rsidR="007C513A" w:rsidRDefault="00000000">
      <w:pPr>
        <w:spacing w:after="160"/>
        <w:jc w:val="both"/>
      </w:pPr>
      <w:r>
        <w:t>Marque a opção que corresponde à origem desta declaração, conforme previsto no item 3.1, § 2º, do Edital:</w:t>
      </w:r>
    </w:p>
    <w:p w14:paraId="0BC671DB" w14:textId="77777777" w:rsidR="007C513A" w:rsidRDefault="00000000">
      <w:pPr>
        <w:spacing w:after="80"/>
        <w:jc w:val="both"/>
      </w:pPr>
      <w:r>
        <w:t>(   )  Setor de Desporto ou equivalente do Campus ___________________________ – IFAP</w:t>
      </w:r>
    </w:p>
    <w:p w14:paraId="570A83B9" w14:textId="77777777" w:rsidR="007C513A" w:rsidRDefault="00000000">
      <w:pPr>
        <w:spacing w:after="80"/>
        <w:jc w:val="both"/>
      </w:pPr>
      <w:r>
        <w:t>(   )  Academia de artes marciais</w:t>
      </w:r>
    </w:p>
    <w:p w14:paraId="496C2DA4" w14:textId="77777777" w:rsidR="007C513A" w:rsidRDefault="00000000">
      <w:pPr>
        <w:spacing w:after="80"/>
        <w:jc w:val="both"/>
      </w:pPr>
      <w:r>
        <w:t>(   )  Clube esportivo</w:t>
      </w:r>
    </w:p>
    <w:p w14:paraId="561FD9D3" w14:textId="77777777" w:rsidR="007C513A" w:rsidRDefault="00000000">
      <w:pPr>
        <w:spacing w:after="80"/>
        <w:jc w:val="both"/>
      </w:pPr>
      <w:r>
        <w:t>(   )  Associação esportiva</w:t>
      </w:r>
    </w:p>
    <w:p w14:paraId="1EF4470D" w14:textId="77777777" w:rsidR="007C513A" w:rsidRDefault="007C513A">
      <w:pPr>
        <w:spacing w:after="120"/>
      </w:pPr>
    </w:p>
    <w:p w14:paraId="1C567792" w14:textId="77777777" w:rsidR="007C513A" w:rsidRDefault="00000000">
      <w:r>
        <w:rPr>
          <w:b/>
        </w:rPr>
        <w:t xml:space="preserve">Nome da instituição/setor emitente: </w:t>
      </w:r>
      <w:r>
        <w:t>________________________________________________</w:t>
      </w:r>
    </w:p>
    <w:p w14:paraId="3C35D835" w14:textId="77777777" w:rsidR="007C513A" w:rsidRDefault="00000000">
      <w:pPr>
        <w:spacing w:after="320"/>
      </w:pPr>
      <w:r>
        <w:rPr>
          <w:b/>
        </w:rPr>
        <w:t xml:space="preserve">CNPJ ou registro (quando aplicável): </w:t>
      </w:r>
      <w:r>
        <w:t>________________________________</w:t>
      </w:r>
    </w:p>
    <w:p w14:paraId="78B43D9F" w14:textId="77777777" w:rsidR="007C513A" w:rsidRDefault="00000000">
      <w:pPr>
        <w:spacing w:after="160"/>
      </w:pPr>
      <w:r>
        <w:rPr>
          <w:b/>
        </w:rPr>
        <w:t>DECLARAÇÃO</w:t>
      </w:r>
    </w:p>
    <w:p w14:paraId="35ACEAD5" w14:textId="77777777" w:rsidR="007C513A" w:rsidRDefault="00000000">
      <w:pPr>
        <w:spacing w:after="320"/>
        <w:jc w:val="both"/>
      </w:pPr>
      <w:r>
        <w:t>Eu, ______________________________________________________________, portador(a) do CPF nº ___________________________, na qualidade de _______________________________ (cargo/função) do(a) _______________________________________________ (instituição/setor acima identificado), DECLARO, para os fins previstos no Edital nº 04/2026/DIAES/RE/IFAP – Programa Bolsa Atleta do IFAP, que o(a) estudante abaixo qualificado(a) pratica a modalidade esportiva indicada, sob supervisão e orientação técnica desta instituição/setor.</w:t>
      </w:r>
    </w:p>
    <w:p w14:paraId="45B9C0C6" w14:textId="77777777" w:rsidR="007C513A" w:rsidRDefault="00000000">
      <w:pPr>
        <w:spacing w:after="160"/>
      </w:pPr>
      <w:r>
        <w:rPr>
          <w:b/>
        </w:rPr>
        <w:t>DADOS DO ESTUDANTE</w:t>
      </w:r>
    </w:p>
    <w:p w14:paraId="02254C24" w14:textId="77777777" w:rsidR="007C513A" w:rsidRDefault="00000000">
      <w:r>
        <w:rPr>
          <w:b/>
        </w:rPr>
        <w:t xml:space="preserve">Nome completo: </w:t>
      </w:r>
      <w:r>
        <w:t>________________________________________________________</w:t>
      </w:r>
    </w:p>
    <w:p w14:paraId="6BE6BD3E" w14:textId="77777777" w:rsidR="007C513A" w:rsidRDefault="00000000">
      <w:r>
        <w:rPr>
          <w:b/>
        </w:rPr>
        <w:t xml:space="preserve">CPF: </w:t>
      </w:r>
      <w:r>
        <w:t>________________________</w:t>
      </w:r>
      <w:r>
        <w:rPr>
          <w:b/>
        </w:rPr>
        <w:t xml:space="preserve">   Matrícula nº: </w:t>
      </w:r>
      <w:r>
        <w:t>______________________</w:t>
      </w:r>
    </w:p>
    <w:p w14:paraId="0DF6EE43" w14:textId="77777777" w:rsidR="007C513A" w:rsidRDefault="00000000">
      <w:pPr>
        <w:spacing w:after="320"/>
      </w:pPr>
      <w:r>
        <w:rPr>
          <w:b/>
        </w:rPr>
        <w:t xml:space="preserve">Curso: </w:t>
      </w:r>
      <w:r>
        <w:t>______________________________</w:t>
      </w:r>
      <w:r>
        <w:rPr>
          <w:b/>
        </w:rPr>
        <w:t xml:space="preserve">   Campus: </w:t>
      </w:r>
      <w:r>
        <w:t>______________________</w:t>
      </w:r>
    </w:p>
    <w:p w14:paraId="551F38C3" w14:textId="77777777" w:rsidR="007C513A" w:rsidRDefault="00000000">
      <w:pPr>
        <w:spacing w:after="160"/>
      </w:pPr>
      <w:r>
        <w:rPr>
          <w:b/>
        </w:rPr>
        <w:t>DADOS DA PRÁTICA ESPORTIVA</w:t>
      </w:r>
    </w:p>
    <w:p w14:paraId="29D16210" w14:textId="77777777" w:rsidR="007C513A" w:rsidRDefault="00000000">
      <w:r>
        <w:rPr>
          <w:b/>
        </w:rPr>
        <w:t xml:space="preserve">Modalidade esportiva: </w:t>
      </w:r>
      <w:r>
        <w:t>________________________________________________</w:t>
      </w:r>
    </w:p>
    <w:p w14:paraId="60ABD5C1" w14:textId="77777777" w:rsidR="007C513A" w:rsidRDefault="00000000">
      <w:pPr>
        <w:jc w:val="both"/>
      </w:pPr>
      <w:r>
        <w:t>Condição do estudante:  (   ) atleta filiado(a)     (   ) aluno(a)/praticante regular</w:t>
      </w:r>
    </w:p>
    <w:p w14:paraId="3B343411" w14:textId="77777777" w:rsidR="007C513A" w:rsidRDefault="00000000">
      <w:r>
        <w:rPr>
          <w:b/>
        </w:rPr>
        <w:lastRenderedPageBreak/>
        <w:t xml:space="preserve">Praticante desde: </w:t>
      </w:r>
      <w:r>
        <w:t>_____ / _____ / _________</w:t>
      </w:r>
    </w:p>
    <w:p w14:paraId="5CBE39AE" w14:textId="77777777" w:rsidR="007C513A" w:rsidRDefault="00000000">
      <w:pPr>
        <w:spacing w:after="320"/>
      </w:pPr>
      <w:r>
        <w:rPr>
          <w:b/>
        </w:rPr>
        <w:t xml:space="preserve">Frequência de treino: </w:t>
      </w:r>
      <w:r>
        <w:t>_____ vezes por semana, carga horária aproximada de _____ horas semanais.</w:t>
      </w:r>
    </w:p>
    <w:p w14:paraId="08E771DB" w14:textId="4A8F1A12" w:rsidR="007C513A" w:rsidRDefault="00000000" w:rsidP="00EC1B7D">
      <w:r>
        <w:t>Participação em competições oficiais nos últimos 12 (doze) meses (preencher quando houver, para fins de pontuação e desempate previstos no item 14.2 do Edital):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118"/>
        <w:gridCol w:w="851"/>
        <w:gridCol w:w="2834"/>
      </w:tblGrid>
      <w:tr w:rsidR="007C513A" w14:paraId="690A3A7F" w14:textId="77777777" w:rsidTr="00EC1B7D">
        <w:trPr>
          <w:jc w:val="center"/>
        </w:trPr>
        <w:tc>
          <w:tcPr>
            <w:tcW w:w="2835" w:type="dxa"/>
            <w:shd w:val="clear" w:color="auto" w:fill="D9EAD3"/>
            <w:vAlign w:val="center"/>
          </w:tcPr>
          <w:p w14:paraId="3207817A" w14:textId="77777777" w:rsidR="007C513A" w:rsidRDefault="00000000">
            <w:pPr>
              <w:jc w:val="center"/>
            </w:pPr>
            <w:r>
              <w:rPr>
                <w:b/>
                <w:sz w:val="20"/>
              </w:rPr>
              <w:t>COMPETIÇÃO</w:t>
            </w:r>
          </w:p>
        </w:tc>
        <w:tc>
          <w:tcPr>
            <w:tcW w:w="3118" w:type="dxa"/>
            <w:shd w:val="clear" w:color="auto" w:fill="D9EAD3"/>
            <w:vAlign w:val="center"/>
          </w:tcPr>
          <w:p w14:paraId="64FEF185" w14:textId="77777777" w:rsidR="007C513A" w:rsidRDefault="00000000">
            <w:pPr>
              <w:jc w:val="center"/>
            </w:pPr>
            <w:r>
              <w:rPr>
                <w:b/>
                <w:sz w:val="20"/>
              </w:rPr>
              <w:t>NÍVEL (municipal/estadual/nacional)</w:t>
            </w:r>
          </w:p>
        </w:tc>
        <w:tc>
          <w:tcPr>
            <w:tcW w:w="851" w:type="dxa"/>
            <w:shd w:val="clear" w:color="auto" w:fill="D9EAD3"/>
            <w:vAlign w:val="center"/>
          </w:tcPr>
          <w:p w14:paraId="2384711B" w14:textId="77777777" w:rsidR="007C513A" w:rsidRDefault="00000000">
            <w:pPr>
              <w:jc w:val="center"/>
            </w:pPr>
            <w:r>
              <w:rPr>
                <w:b/>
                <w:sz w:val="20"/>
              </w:rPr>
              <w:t>ANO</w:t>
            </w:r>
          </w:p>
        </w:tc>
        <w:tc>
          <w:tcPr>
            <w:tcW w:w="2834" w:type="dxa"/>
            <w:shd w:val="clear" w:color="auto" w:fill="D9EAD3"/>
            <w:vAlign w:val="center"/>
          </w:tcPr>
          <w:p w14:paraId="2AF3E0F7" w14:textId="77777777" w:rsidR="007C513A" w:rsidRDefault="00000000">
            <w:pPr>
              <w:jc w:val="center"/>
            </w:pPr>
            <w:r>
              <w:rPr>
                <w:b/>
                <w:sz w:val="20"/>
              </w:rPr>
              <w:t>RESULTADO/COLOCAÇÃO</w:t>
            </w:r>
          </w:p>
        </w:tc>
      </w:tr>
      <w:tr w:rsidR="007C513A" w14:paraId="73EC55F3" w14:textId="77777777" w:rsidTr="00EC1B7D">
        <w:trPr>
          <w:jc w:val="center"/>
        </w:trPr>
        <w:tc>
          <w:tcPr>
            <w:tcW w:w="2835" w:type="dxa"/>
            <w:vAlign w:val="center"/>
          </w:tcPr>
          <w:p w14:paraId="48730103" w14:textId="77777777" w:rsidR="007C513A" w:rsidRDefault="007C513A">
            <w:pPr>
              <w:jc w:val="center"/>
            </w:pPr>
          </w:p>
        </w:tc>
        <w:tc>
          <w:tcPr>
            <w:tcW w:w="3118" w:type="dxa"/>
            <w:vAlign w:val="center"/>
          </w:tcPr>
          <w:p w14:paraId="7EFAB8FC" w14:textId="77777777" w:rsidR="007C513A" w:rsidRDefault="007C513A">
            <w:pPr>
              <w:jc w:val="center"/>
            </w:pPr>
          </w:p>
        </w:tc>
        <w:tc>
          <w:tcPr>
            <w:tcW w:w="851" w:type="dxa"/>
            <w:vAlign w:val="center"/>
          </w:tcPr>
          <w:p w14:paraId="7397A723" w14:textId="77777777" w:rsidR="007C513A" w:rsidRDefault="007C513A">
            <w:pPr>
              <w:jc w:val="center"/>
            </w:pPr>
          </w:p>
        </w:tc>
        <w:tc>
          <w:tcPr>
            <w:tcW w:w="2834" w:type="dxa"/>
            <w:vAlign w:val="center"/>
          </w:tcPr>
          <w:p w14:paraId="1BF3D2D7" w14:textId="77777777" w:rsidR="007C513A" w:rsidRDefault="007C513A">
            <w:pPr>
              <w:jc w:val="center"/>
            </w:pPr>
          </w:p>
        </w:tc>
      </w:tr>
      <w:tr w:rsidR="007C513A" w14:paraId="19D283F0" w14:textId="77777777" w:rsidTr="00EC1B7D">
        <w:trPr>
          <w:jc w:val="center"/>
        </w:trPr>
        <w:tc>
          <w:tcPr>
            <w:tcW w:w="2835" w:type="dxa"/>
            <w:vAlign w:val="center"/>
          </w:tcPr>
          <w:p w14:paraId="4CAA2EEE" w14:textId="77777777" w:rsidR="007C513A" w:rsidRDefault="007C513A">
            <w:pPr>
              <w:jc w:val="center"/>
            </w:pPr>
          </w:p>
        </w:tc>
        <w:tc>
          <w:tcPr>
            <w:tcW w:w="3118" w:type="dxa"/>
            <w:vAlign w:val="center"/>
          </w:tcPr>
          <w:p w14:paraId="37D750C7" w14:textId="77777777" w:rsidR="007C513A" w:rsidRDefault="007C513A">
            <w:pPr>
              <w:jc w:val="center"/>
            </w:pPr>
          </w:p>
        </w:tc>
        <w:tc>
          <w:tcPr>
            <w:tcW w:w="851" w:type="dxa"/>
            <w:vAlign w:val="center"/>
          </w:tcPr>
          <w:p w14:paraId="5A42C6D8" w14:textId="77777777" w:rsidR="007C513A" w:rsidRDefault="007C513A">
            <w:pPr>
              <w:jc w:val="center"/>
            </w:pPr>
          </w:p>
        </w:tc>
        <w:tc>
          <w:tcPr>
            <w:tcW w:w="2834" w:type="dxa"/>
            <w:vAlign w:val="center"/>
          </w:tcPr>
          <w:p w14:paraId="4ED34387" w14:textId="77777777" w:rsidR="007C513A" w:rsidRDefault="007C513A">
            <w:pPr>
              <w:jc w:val="center"/>
            </w:pPr>
          </w:p>
        </w:tc>
      </w:tr>
      <w:tr w:rsidR="007C513A" w14:paraId="4A39B233" w14:textId="77777777" w:rsidTr="00EC1B7D">
        <w:trPr>
          <w:jc w:val="center"/>
        </w:trPr>
        <w:tc>
          <w:tcPr>
            <w:tcW w:w="2835" w:type="dxa"/>
            <w:vAlign w:val="center"/>
          </w:tcPr>
          <w:p w14:paraId="3C1C4543" w14:textId="77777777" w:rsidR="007C513A" w:rsidRDefault="007C513A">
            <w:pPr>
              <w:jc w:val="center"/>
            </w:pPr>
          </w:p>
        </w:tc>
        <w:tc>
          <w:tcPr>
            <w:tcW w:w="3118" w:type="dxa"/>
            <w:vAlign w:val="center"/>
          </w:tcPr>
          <w:p w14:paraId="2399E239" w14:textId="77777777" w:rsidR="007C513A" w:rsidRDefault="007C513A">
            <w:pPr>
              <w:jc w:val="center"/>
            </w:pPr>
          </w:p>
        </w:tc>
        <w:tc>
          <w:tcPr>
            <w:tcW w:w="851" w:type="dxa"/>
            <w:vAlign w:val="center"/>
          </w:tcPr>
          <w:p w14:paraId="6188781A" w14:textId="77777777" w:rsidR="007C513A" w:rsidRDefault="007C513A">
            <w:pPr>
              <w:jc w:val="center"/>
            </w:pPr>
          </w:p>
        </w:tc>
        <w:tc>
          <w:tcPr>
            <w:tcW w:w="2834" w:type="dxa"/>
            <w:vAlign w:val="center"/>
          </w:tcPr>
          <w:p w14:paraId="4B745DA7" w14:textId="77777777" w:rsidR="007C513A" w:rsidRDefault="007C513A">
            <w:pPr>
              <w:jc w:val="center"/>
            </w:pPr>
          </w:p>
        </w:tc>
      </w:tr>
    </w:tbl>
    <w:p w14:paraId="227622E6" w14:textId="77777777" w:rsidR="007C513A" w:rsidRDefault="007C513A">
      <w:pPr>
        <w:spacing w:after="320"/>
      </w:pPr>
    </w:p>
    <w:p w14:paraId="29259943" w14:textId="77777777" w:rsidR="007C513A" w:rsidRDefault="00000000">
      <w:pPr>
        <w:spacing w:after="520"/>
        <w:jc w:val="both"/>
      </w:pPr>
      <w:r>
        <w:t>Declaro que as informações acima são verdadeiras e podem ser confirmadas pela Comissão do processo seletivo do Programa Bolsa Atleta do IFAP, sujeitando-me, em caso de falsidade, às medidas administrativas, civis e penais cabíveis, sem prejuízo da eliminação do candidato ou do desligamento do Programa, nos termos do Edital nº 04/2026/DIAES/RE/IFAP.</w:t>
      </w:r>
    </w:p>
    <w:p w14:paraId="227572AA" w14:textId="77777777" w:rsidR="007C513A" w:rsidRDefault="00000000">
      <w:pPr>
        <w:spacing w:after="600"/>
      </w:pPr>
      <w:r>
        <w:t>Local e data: _____________________________________________</w:t>
      </w:r>
    </w:p>
    <w:p w14:paraId="0EBC96A3" w14:textId="77777777" w:rsidR="007C513A" w:rsidRDefault="00000000">
      <w:pPr>
        <w:spacing w:after="0"/>
        <w:jc w:val="center"/>
      </w:pPr>
      <w:r>
        <w:t>__________________________________________________</w:t>
      </w:r>
    </w:p>
    <w:p w14:paraId="73EBAB80" w14:textId="77777777" w:rsidR="007C513A" w:rsidRDefault="00000000">
      <w:pPr>
        <w:spacing w:after="400"/>
        <w:jc w:val="center"/>
      </w:pPr>
      <w:r>
        <w:t>Assinatura e carimbo do responsável</w:t>
      </w:r>
    </w:p>
    <w:p w14:paraId="331F47DC" w14:textId="77777777" w:rsidR="007C513A" w:rsidRDefault="00000000">
      <w:r>
        <w:rPr>
          <w:b/>
        </w:rPr>
        <w:t xml:space="preserve">Nome completo do responsável: </w:t>
      </w:r>
      <w:r>
        <w:t>____________________________________________</w:t>
      </w:r>
    </w:p>
    <w:p w14:paraId="52148E39" w14:textId="77777777" w:rsidR="007C513A" w:rsidRDefault="00000000">
      <w:r>
        <w:rPr>
          <w:b/>
        </w:rPr>
        <w:t xml:space="preserve">Cargo/Função: </w:t>
      </w:r>
      <w:r>
        <w:t>________________________________________________</w:t>
      </w:r>
    </w:p>
    <w:p w14:paraId="79A10F99" w14:textId="77777777" w:rsidR="007C513A" w:rsidRDefault="00000000">
      <w:pPr>
        <w:spacing w:after="120"/>
      </w:pPr>
      <w:r>
        <w:rPr>
          <w:b/>
        </w:rPr>
        <w:t xml:space="preserve">Telefone/e-mail para contato: </w:t>
      </w:r>
      <w:r>
        <w:t>________________________________________</w:t>
      </w:r>
    </w:p>
    <w:sectPr w:rsidR="007C513A" w:rsidSect="00034616">
      <w:headerReference w:type="default" r:id="rId8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5AA8A" w14:textId="77777777" w:rsidR="005B0CBA" w:rsidRDefault="005B0CBA" w:rsidP="00EC1B7D">
      <w:pPr>
        <w:spacing w:after="0" w:line="240" w:lineRule="auto"/>
      </w:pPr>
      <w:r>
        <w:separator/>
      </w:r>
    </w:p>
  </w:endnote>
  <w:endnote w:type="continuationSeparator" w:id="0">
    <w:p w14:paraId="5BD45651" w14:textId="77777777" w:rsidR="005B0CBA" w:rsidRDefault="005B0CBA" w:rsidP="00EC1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6259A" w14:textId="77777777" w:rsidR="005B0CBA" w:rsidRDefault="005B0CBA" w:rsidP="00EC1B7D">
      <w:pPr>
        <w:spacing w:after="0" w:line="240" w:lineRule="auto"/>
      </w:pPr>
      <w:r>
        <w:separator/>
      </w:r>
    </w:p>
  </w:footnote>
  <w:footnote w:type="continuationSeparator" w:id="0">
    <w:p w14:paraId="19A839FC" w14:textId="77777777" w:rsidR="005B0CBA" w:rsidRDefault="005B0CBA" w:rsidP="00EC1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5E68E" w14:textId="77777777" w:rsidR="00EC1B7D" w:rsidRDefault="00EC1B7D" w:rsidP="00EC1B7D">
    <w:pPr>
      <w:jc w:val="center"/>
    </w:pPr>
    <w:r>
      <w:rPr>
        <w:noProof/>
      </w:rPr>
      <w:drawing>
        <wp:inline distT="0" distB="0" distL="0" distR="0" wp14:anchorId="2CFB256E" wp14:editId="790F3C8E">
          <wp:extent cx="640388" cy="548640"/>
          <wp:effectExtent l="0" t="0" r="762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225" cy="5544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5A9B92" w14:textId="77777777" w:rsidR="00EC1B7D" w:rsidRDefault="00EC1B7D" w:rsidP="00EC1B7D">
    <w:pPr>
      <w:spacing w:after="0"/>
      <w:jc w:val="center"/>
    </w:pPr>
    <w:r>
      <w:t>SERVIÇO PÚBLICO FEDERAL</w:t>
    </w:r>
  </w:p>
  <w:p w14:paraId="6F0EFC8A" w14:textId="77777777" w:rsidR="00EC1B7D" w:rsidRDefault="00EC1B7D" w:rsidP="00EC1B7D">
    <w:pPr>
      <w:spacing w:after="0"/>
      <w:jc w:val="center"/>
    </w:pPr>
    <w:r>
      <w:t>INSTITUTO FEDERAL DE EDUCAÇÃO, CIÊNCIA E TECNOLOGIA DO AMAPÁ</w:t>
    </w:r>
  </w:p>
  <w:p w14:paraId="1E53D395" w14:textId="7A8651E6" w:rsidR="00EC1B7D" w:rsidRDefault="00EC1B7D" w:rsidP="00EC1B7D">
    <w:pPr>
      <w:spacing w:after="0"/>
      <w:jc w:val="center"/>
    </w:pPr>
    <w:r>
      <w:rPr>
        <w:b/>
      </w:rPr>
      <w:t>DIRETORIA SISTÊMICA DE ASSUNTOS ESTUDANTIS – DIAES</w:t>
    </w:r>
  </w:p>
  <w:p w14:paraId="0DCBEE4C" w14:textId="77777777" w:rsidR="00EC1B7D" w:rsidRDefault="00EC1B7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0473316">
    <w:abstractNumId w:val="8"/>
  </w:num>
  <w:num w:numId="2" w16cid:durableId="1822116461">
    <w:abstractNumId w:val="6"/>
  </w:num>
  <w:num w:numId="3" w16cid:durableId="900558188">
    <w:abstractNumId w:val="5"/>
  </w:num>
  <w:num w:numId="4" w16cid:durableId="152767248">
    <w:abstractNumId w:val="4"/>
  </w:num>
  <w:num w:numId="5" w16cid:durableId="879785128">
    <w:abstractNumId w:val="7"/>
  </w:num>
  <w:num w:numId="6" w16cid:durableId="1524588874">
    <w:abstractNumId w:val="3"/>
  </w:num>
  <w:num w:numId="7" w16cid:durableId="301231744">
    <w:abstractNumId w:val="2"/>
  </w:num>
  <w:num w:numId="8" w16cid:durableId="1662149605">
    <w:abstractNumId w:val="1"/>
  </w:num>
  <w:num w:numId="9" w16cid:durableId="678965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B0CBA"/>
    <w:rsid w:val="007C513A"/>
    <w:rsid w:val="00853D19"/>
    <w:rsid w:val="00AA1D8D"/>
    <w:rsid w:val="00B47730"/>
    <w:rsid w:val="00CB0664"/>
    <w:rsid w:val="00EC1B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4102B1"/>
  <w14:defaultImageDpi w14:val="300"/>
  <w15:docId w15:val="{59F87F00-2F56-4297-8116-373799987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418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Gilceli Moura</cp:lastModifiedBy>
  <cp:revision>2</cp:revision>
  <dcterms:created xsi:type="dcterms:W3CDTF">2013-12-23T23:15:00Z</dcterms:created>
  <dcterms:modified xsi:type="dcterms:W3CDTF">2026-09-18T13:49:00Z</dcterms:modified>
  <cp:category/>
</cp:coreProperties>
</file>