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477BC" w14:textId="77777777" w:rsidR="004223F2" w:rsidRDefault="00000000">
      <w:pPr>
        <w:jc w:val="center"/>
      </w:pPr>
      <w:r>
        <w:rPr>
          <w:noProof/>
        </w:rPr>
        <w:drawing>
          <wp:inline distT="0" distB="0" distL="0" distR="0" wp14:anchorId="294B92DE" wp14:editId="003B1804">
            <wp:extent cx="533400" cy="5797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639" cy="58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2627B" w14:textId="77777777" w:rsidR="004223F2" w:rsidRDefault="00000000">
      <w:pPr>
        <w:spacing w:after="0"/>
        <w:jc w:val="center"/>
      </w:pPr>
      <w:r>
        <w:t>SERVIÇO PÚBLICO FEDERAL</w:t>
      </w:r>
    </w:p>
    <w:p w14:paraId="1F58D3D7" w14:textId="77777777" w:rsidR="004223F2" w:rsidRDefault="00000000">
      <w:pPr>
        <w:spacing w:after="0"/>
        <w:jc w:val="center"/>
      </w:pPr>
      <w:r>
        <w:t>INSTITUTO FEDERAL DE EDUCAÇÃO, CIÊNCIA E TECNOLOGIA DO AMAPÁ</w:t>
      </w:r>
    </w:p>
    <w:p w14:paraId="5054E882" w14:textId="5F309AFC" w:rsidR="00F465F0" w:rsidRDefault="00000000" w:rsidP="00F465F0">
      <w:pPr>
        <w:spacing w:after="360"/>
        <w:jc w:val="center"/>
        <w:rPr>
          <w:b/>
        </w:rPr>
      </w:pPr>
      <w:r>
        <w:rPr>
          <w:b/>
        </w:rPr>
        <w:t>DIRETORIA SISTÊMICA DE ASSUNTOS ESTUDANTIS – DIAES</w:t>
      </w:r>
    </w:p>
    <w:p w14:paraId="7C30E40D" w14:textId="77777777" w:rsidR="00F465F0" w:rsidRDefault="00F465F0" w:rsidP="00F465F0">
      <w:pPr>
        <w:spacing w:after="80"/>
        <w:jc w:val="center"/>
      </w:pPr>
      <w:r>
        <w:rPr>
          <w:b/>
          <w:sz w:val="26"/>
        </w:rPr>
        <w:t>ANEXO I – FORMULÁRIO DE RECURSO</w:t>
      </w:r>
    </w:p>
    <w:p w14:paraId="7AA9B7C9" w14:textId="77777777" w:rsidR="00F465F0" w:rsidRDefault="00F465F0" w:rsidP="00F465F0">
      <w:pPr>
        <w:spacing w:after="0"/>
        <w:jc w:val="center"/>
      </w:pPr>
      <w:r>
        <w:t>EDITAL Nº 04/2026/DIAES/RE/IFAP – PROGRAMA BOLSA ATLETA DO IFAP</w:t>
      </w:r>
    </w:p>
    <w:p w14:paraId="5BFC9DF8" w14:textId="77777777" w:rsidR="00F465F0" w:rsidRDefault="00F465F0" w:rsidP="00F465F0">
      <w:pPr>
        <w:spacing w:after="360"/>
        <w:jc w:val="center"/>
      </w:pPr>
      <w:proofErr w:type="spellStart"/>
      <w:r>
        <w:t>Processo</w:t>
      </w:r>
      <w:proofErr w:type="spellEnd"/>
      <w:r>
        <w:t xml:space="preserve"> nº 23228.001620/2026-44</w:t>
      </w:r>
    </w:p>
    <w:p w14:paraId="054507FE" w14:textId="77777777" w:rsidR="00F465F0" w:rsidRDefault="00F465F0" w:rsidP="00F465F0">
      <w:pPr>
        <w:spacing w:after="160"/>
      </w:pPr>
      <w:r>
        <w:rPr>
          <w:b/>
        </w:rPr>
        <w:t>DADOS DO CANDIDATO</w:t>
      </w:r>
    </w:p>
    <w:p w14:paraId="44504708" w14:textId="39A08C3C" w:rsidR="00F465F0" w:rsidRDefault="00F465F0" w:rsidP="00F465F0">
      <w:r>
        <w:rPr>
          <w:b/>
        </w:rPr>
        <w:t xml:space="preserve">Nome </w:t>
      </w:r>
      <w:proofErr w:type="spellStart"/>
      <w:r>
        <w:rPr>
          <w:b/>
        </w:rPr>
        <w:t>completo</w:t>
      </w:r>
      <w:proofErr w:type="spellEnd"/>
      <w:r>
        <w:rPr>
          <w:b/>
        </w:rPr>
        <w:t xml:space="preserve">: </w:t>
      </w:r>
      <w:r>
        <w:t>__________________________________________________________</w:t>
      </w:r>
    </w:p>
    <w:p w14:paraId="56C1DABE" w14:textId="77777777" w:rsidR="00F465F0" w:rsidRDefault="00F465F0" w:rsidP="00F465F0">
      <w:r>
        <w:rPr>
          <w:b/>
        </w:rPr>
        <w:t xml:space="preserve">Nº de </w:t>
      </w:r>
      <w:proofErr w:type="spellStart"/>
      <w:r>
        <w:rPr>
          <w:b/>
        </w:rPr>
        <w:t>matrícula</w:t>
      </w:r>
      <w:proofErr w:type="spellEnd"/>
      <w:r>
        <w:rPr>
          <w:b/>
        </w:rPr>
        <w:t xml:space="preserve">: </w:t>
      </w:r>
      <w:r>
        <w:t>______________________________</w:t>
      </w:r>
    </w:p>
    <w:p w14:paraId="65F186E2" w14:textId="77777777" w:rsidR="00F465F0" w:rsidRDefault="00F465F0" w:rsidP="00F465F0">
      <w:proofErr w:type="spellStart"/>
      <w:r>
        <w:rPr>
          <w:b/>
        </w:rPr>
        <w:t>Curso</w:t>
      </w:r>
      <w:proofErr w:type="spellEnd"/>
      <w:r>
        <w:rPr>
          <w:b/>
        </w:rPr>
        <w:t xml:space="preserve">: </w:t>
      </w:r>
      <w:r>
        <w:t>______________________________</w:t>
      </w:r>
      <w:r>
        <w:rPr>
          <w:b/>
        </w:rPr>
        <w:t xml:space="preserve">   Campus: </w:t>
      </w:r>
      <w:r>
        <w:t>_________________________</w:t>
      </w:r>
    </w:p>
    <w:p w14:paraId="7DD08076" w14:textId="77777777" w:rsidR="00F465F0" w:rsidRDefault="00F465F0" w:rsidP="00F465F0">
      <w:r>
        <w:rPr>
          <w:b/>
        </w:rPr>
        <w:t xml:space="preserve">CPF: </w:t>
      </w:r>
      <w:r>
        <w:t>______________________________</w:t>
      </w:r>
    </w:p>
    <w:p w14:paraId="42DD3271" w14:textId="77777777" w:rsidR="00F465F0" w:rsidRDefault="00F465F0" w:rsidP="00F465F0">
      <w:pPr>
        <w:spacing w:after="280"/>
      </w:pPr>
      <w:r>
        <w:rPr>
          <w:b/>
        </w:rPr>
        <w:t xml:space="preserve">Telefone: </w:t>
      </w:r>
      <w:r>
        <w:t>______________________</w:t>
      </w:r>
      <w:r>
        <w:rPr>
          <w:b/>
        </w:rPr>
        <w:t xml:space="preserve">   E-mail: </w:t>
      </w:r>
      <w:r>
        <w:t>______________________________</w:t>
      </w:r>
    </w:p>
    <w:p w14:paraId="3AE4F164" w14:textId="77777777" w:rsidR="00F465F0" w:rsidRDefault="00F465F0" w:rsidP="00F465F0">
      <w:pPr>
        <w:spacing w:after="160"/>
      </w:pPr>
      <w:r>
        <w:rPr>
          <w:b/>
        </w:rPr>
        <w:t>MOTIVO DO RECURSO (</w:t>
      </w:r>
      <w:proofErr w:type="spellStart"/>
      <w:r>
        <w:rPr>
          <w:b/>
        </w:rPr>
        <w:t>assinale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etapa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refere</w:t>
      </w:r>
      <w:proofErr w:type="spellEnd"/>
      <w:r>
        <w:rPr>
          <w:b/>
        </w:rPr>
        <w:t>)</w:t>
      </w:r>
    </w:p>
    <w:p w14:paraId="7C0D6915" w14:textId="77777777" w:rsidR="00F465F0" w:rsidRDefault="00F465F0" w:rsidP="00F465F0">
      <w:pPr>
        <w:spacing w:after="80"/>
        <w:jc w:val="both"/>
      </w:pPr>
      <w:proofErr w:type="gramStart"/>
      <w:r>
        <w:t xml:space="preserve">(  </w:t>
      </w:r>
      <w:proofErr w:type="gramEnd"/>
      <w:r>
        <w:t xml:space="preserve"> )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preliminar</w:t>
      </w:r>
      <w:proofErr w:type="spellEnd"/>
      <w:r>
        <w:t xml:space="preserve"> da </w:t>
      </w:r>
      <w:proofErr w:type="spellStart"/>
      <w:r>
        <w:t>análise</w:t>
      </w:r>
      <w:proofErr w:type="spellEnd"/>
      <w:r>
        <w:t xml:space="preserve"> da </w:t>
      </w:r>
      <w:proofErr w:type="spellStart"/>
      <w:r>
        <w:t>regularidade</w:t>
      </w:r>
      <w:proofErr w:type="spellEnd"/>
      <w:r>
        <w:t xml:space="preserve"> </w:t>
      </w:r>
      <w:proofErr w:type="spellStart"/>
      <w:r>
        <w:t>acadêmica</w:t>
      </w:r>
      <w:proofErr w:type="spellEnd"/>
      <w:r>
        <w:t xml:space="preserve"> e dos </w:t>
      </w:r>
      <w:proofErr w:type="spellStart"/>
      <w:r>
        <w:t>requisitos</w:t>
      </w:r>
      <w:proofErr w:type="spellEnd"/>
      <w:r>
        <w:t xml:space="preserve"> de </w:t>
      </w:r>
      <w:proofErr w:type="spellStart"/>
      <w:r>
        <w:t>participação</w:t>
      </w:r>
      <w:proofErr w:type="spellEnd"/>
      <w:r>
        <w:t xml:space="preserve"> (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eliminatória</w:t>
      </w:r>
      <w:proofErr w:type="spellEnd"/>
      <w:r>
        <w:t>)</w:t>
      </w:r>
    </w:p>
    <w:p w14:paraId="29855014" w14:textId="77777777" w:rsidR="00F465F0" w:rsidRDefault="00F465F0" w:rsidP="00F465F0">
      <w:pPr>
        <w:spacing w:after="280"/>
        <w:jc w:val="both"/>
      </w:pPr>
      <w:proofErr w:type="gramStart"/>
      <w:r>
        <w:t xml:space="preserve">(  </w:t>
      </w:r>
      <w:proofErr w:type="gramEnd"/>
      <w:r>
        <w:t xml:space="preserve"> )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preliminar</w:t>
      </w:r>
      <w:proofErr w:type="spellEnd"/>
      <w:r>
        <w:t xml:space="preserve"> da </w:t>
      </w:r>
      <w:proofErr w:type="spellStart"/>
      <w:r>
        <w:t>pontuação</w:t>
      </w:r>
      <w:proofErr w:type="spellEnd"/>
      <w:r>
        <w:t xml:space="preserve"> </w:t>
      </w:r>
      <w:proofErr w:type="spellStart"/>
      <w:r>
        <w:t>atribuída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análise</w:t>
      </w:r>
      <w:proofErr w:type="spellEnd"/>
      <w:r>
        <w:t xml:space="preserve"> dos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comprobatórios</w:t>
      </w:r>
      <w:proofErr w:type="spellEnd"/>
      <w:r>
        <w:t xml:space="preserve"> da </w:t>
      </w:r>
      <w:proofErr w:type="spellStart"/>
      <w:r>
        <w:t>experiência</w:t>
      </w:r>
      <w:proofErr w:type="spellEnd"/>
      <w:r>
        <w:t xml:space="preserve"> </w:t>
      </w:r>
      <w:proofErr w:type="spellStart"/>
      <w:r>
        <w:t>esportiva</w:t>
      </w:r>
      <w:proofErr w:type="spellEnd"/>
      <w:r>
        <w:t xml:space="preserve"> (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classificatória</w:t>
      </w:r>
      <w:proofErr w:type="spellEnd"/>
      <w:r>
        <w:t>)</w:t>
      </w:r>
    </w:p>
    <w:p w14:paraId="7A5DD612" w14:textId="77777777" w:rsidR="00F465F0" w:rsidRDefault="00F465F0" w:rsidP="00F465F0">
      <w:pPr>
        <w:spacing w:after="80"/>
      </w:pPr>
      <w:r>
        <w:rPr>
          <w:b/>
        </w:rPr>
        <w:t>FUNDAMENTAÇÃO DO RECURSO</w:t>
      </w:r>
    </w:p>
    <w:p w14:paraId="7CEA6353" w14:textId="77777777" w:rsidR="00F465F0" w:rsidRDefault="00F465F0" w:rsidP="00F465F0">
      <w:pPr>
        <w:jc w:val="both"/>
      </w:pPr>
      <w:r>
        <w:rPr>
          <w:i/>
        </w:rPr>
        <w:t>(</w:t>
      </w:r>
      <w:proofErr w:type="spellStart"/>
      <w:r>
        <w:rPr>
          <w:i/>
        </w:rPr>
        <w:t>descreva</w:t>
      </w:r>
      <w:proofErr w:type="spellEnd"/>
      <w:r>
        <w:rPr>
          <w:i/>
        </w:rPr>
        <w:t xml:space="preserve"> de forma </w:t>
      </w:r>
      <w:proofErr w:type="spellStart"/>
      <w:r>
        <w:rPr>
          <w:i/>
        </w:rPr>
        <w:t>clara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objetiva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motivos</w:t>
      </w:r>
      <w:proofErr w:type="spellEnd"/>
      <w:r>
        <w:rPr>
          <w:i/>
        </w:rPr>
        <w:t xml:space="preserve"> do </w:t>
      </w:r>
      <w:proofErr w:type="spellStart"/>
      <w:r>
        <w:rPr>
          <w:i/>
        </w:rPr>
        <w:t>recurso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indicando</w:t>
      </w:r>
      <w:proofErr w:type="spellEnd"/>
      <w:r>
        <w:rPr>
          <w:i/>
        </w:rPr>
        <w:t xml:space="preserve">, se </w:t>
      </w:r>
      <w:proofErr w:type="spellStart"/>
      <w:r>
        <w:rPr>
          <w:i/>
        </w:rPr>
        <w:t>houver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documentos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instruem</w:t>
      </w:r>
      <w:proofErr w:type="spellEnd"/>
      <w:r>
        <w:rPr>
          <w:i/>
        </w:rPr>
        <w:t>)</w:t>
      </w:r>
    </w:p>
    <w:p w14:paraId="46F171D8" w14:textId="793DF661" w:rsidR="00F465F0" w:rsidRDefault="00F465F0" w:rsidP="00EC4CEE">
      <w:pPr>
        <w:spacing w:after="280" w:line="240" w:lineRule="auto"/>
      </w:pPr>
      <w:r>
        <w:t>_____________________________________________________________________</w:t>
      </w:r>
      <w:r w:rsidR="00EC4CEE">
        <w:t>_______</w:t>
      </w:r>
      <w:r>
        <w:t>_____</w:t>
      </w:r>
    </w:p>
    <w:p w14:paraId="37A94DB3" w14:textId="244028D2" w:rsidR="00F465F0" w:rsidRDefault="00F465F0" w:rsidP="00EC4CEE">
      <w:pPr>
        <w:spacing w:after="280" w:line="240" w:lineRule="auto"/>
      </w:pPr>
      <w:r>
        <w:t>__________________________________________________________</w:t>
      </w:r>
      <w:r w:rsidR="00EC4CEE">
        <w:t>______</w:t>
      </w:r>
      <w:r>
        <w:t>_</w:t>
      </w:r>
      <w:r w:rsidR="00EC4CEE">
        <w:t>_</w:t>
      </w:r>
      <w:r>
        <w:t>_______________</w:t>
      </w:r>
    </w:p>
    <w:p w14:paraId="7516AAE2" w14:textId="5E34A238" w:rsidR="00F465F0" w:rsidRDefault="00F465F0" w:rsidP="00EC4CEE">
      <w:pPr>
        <w:spacing w:after="280" w:line="240" w:lineRule="auto"/>
      </w:pPr>
      <w:r>
        <w:t>__________________________________________________________</w:t>
      </w:r>
      <w:r w:rsidR="00EC4CEE">
        <w:t>_______</w:t>
      </w:r>
      <w:r>
        <w:t>________________</w:t>
      </w:r>
    </w:p>
    <w:p w14:paraId="01A69EA9" w14:textId="2CA65D2B" w:rsidR="00F465F0" w:rsidRDefault="00F465F0" w:rsidP="00EC4CEE">
      <w:pPr>
        <w:spacing w:after="280" w:line="240" w:lineRule="auto"/>
      </w:pPr>
      <w:r>
        <w:t>_________________________________________________________</w:t>
      </w:r>
      <w:r w:rsidR="00EC4CEE">
        <w:t>_______</w:t>
      </w:r>
      <w:r>
        <w:t>_________________</w:t>
      </w:r>
    </w:p>
    <w:p w14:paraId="702164ED" w14:textId="5737C2B3" w:rsidR="00F465F0" w:rsidRDefault="00F465F0" w:rsidP="00EC4CEE">
      <w:pPr>
        <w:spacing w:after="280" w:line="240" w:lineRule="auto"/>
      </w:pPr>
      <w:r>
        <w:t>_______________________________________________________</w:t>
      </w:r>
      <w:r w:rsidR="00EC4CEE">
        <w:t>_______</w:t>
      </w:r>
      <w:r>
        <w:t>___________________</w:t>
      </w:r>
    </w:p>
    <w:p w14:paraId="4C29C665" w14:textId="77777777" w:rsidR="00F465F0" w:rsidRDefault="00F465F0" w:rsidP="00F465F0">
      <w:pPr>
        <w:spacing w:after="480"/>
        <w:jc w:val="both"/>
      </w:pPr>
      <w:r>
        <w:t xml:space="preserve">Declaro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conhecido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</w:t>
      </w:r>
      <w:proofErr w:type="spellStart"/>
      <w:r>
        <w:t>apresentado</w:t>
      </w:r>
      <w:proofErr w:type="spellEnd"/>
      <w:r>
        <w:t xml:space="preserve"> fora do </w:t>
      </w:r>
      <w:proofErr w:type="spellStart"/>
      <w:r>
        <w:t>prazo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meio</w:t>
      </w:r>
      <w:proofErr w:type="spellEnd"/>
      <w:r>
        <w:t xml:space="preserve"> </w:t>
      </w:r>
      <w:proofErr w:type="spellStart"/>
      <w:r>
        <w:t>diverso</w:t>
      </w:r>
      <w:proofErr w:type="spellEnd"/>
      <w:r>
        <w:t xml:space="preserve"> do </w:t>
      </w:r>
      <w:proofErr w:type="spellStart"/>
      <w:r>
        <w:t>previsto</w:t>
      </w:r>
      <w:proofErr w:type="spellEnd"/>
      <w:r>
        <w:t xml:space="preserve"> no </w:t>
      </w:r>
      <w:proofErr w:type="spellStart"/>
      <w:r>
        <w:t>Edital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fundamentação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item 16.3 do </w:t>
      </w:r>
      <w:proofErr w:type="spellStart"/>
      <w:r>
        <w:t>Edital</w:t>
      </w:r>
      <w:proofErr w:type="spellEnd"/>
      <w:r>
        <w:t xml:space="preserve"> nº 04/2026/DIAES/RE/IFAP.</w:t>
      </w:r>
    </w:p>
    <w:p w14:paraId="79ACDE17" w14:textId="77777777" w:rsidR="00F465F0" w:rsidRDefault="00F465F0" w:rsidP="00EC4CEE">
      <w:pPr>
        <w:spacing w:after="600" w:line="240" w:lineRule="auto"/>
      </w:pPr>
      <w:r>
        <w:t>Local e data: ________________________________________</w:t>
      </w:r>
    </w:p>
    <w:p w14:paraId="77D10A8B" w14:textId="77777777" w:rsidR="00F465F0" w:rsidRDefault="00F465F0" w:rsidP="00EC4CEE">
      <w:pPr>
        <w:spacing w:after="0" w:line="240" w:lineRule="auto"/>
        <w:jc w:val="center"/>
      </w:pPr>
      <w:r>
        <w:t>_____________________________________________</w:t>
      </w:r>
    </w:p>
    <w:p w14:paraId="298E6FCF" w14:textId="77777777" w:rsidR="00F465F0" w:rsidRDefault="00F465F0" w:rsidP="00EC4CEE">
      <w:pPr>
        <w:spacing w:after="400" w:line="240" w:lineRule="auto"/>
        <w:jc w:val="center"/>
      </w:pPr>
      <w:proofErr w:type="spellStart"/>
      <w:r>
        <w:t>Assinatura</w:t>
      </w:r>
      <w:proofErr w:type="spellEnd"/>
      <w:r>
        <w:t xml:space="preserve"> do </w:t>
      </w:r>
      <w:proofErr w:type="spellStart"/>
      <w:r>
        <w:t>candidato</w:t>
      </w:r>
      <w:proofErr w:type="spellEnd"/>
      <w:r>
        <w:t>(a)</w:t>
      </w:r>
    </w:p>
    <w:sectPr w:rsidR="00F465F0" w:rsidSect="00EC4CEE">
      <w:footerReference w:type="default" r:id="rId9"/>
      <w:pgSz w:w="11906" w:h="16838"/>
      <w:pgMar w:top="567" w:right="991" w:bottom="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8B150" w14:textId="77777777" w:rsidR="00894050" w:rsidRDefault="00894050">
      <w:pPr>
        <w:spacing w:after="0" w:line="240" w:lineRule="auto"/>
      </w:pPr>
      <w:r>
        <w:separator/>
      </w:r>
    </w:p>
  </w:endnote>
  <w:endnote w:type="continuationSeparator" w:id="0">
    <w:p w14:paraId="1E6E48D9" w14:textId="77777777" w:rsidR="00894050" w:rsidRDefault="00894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684CF" w14:textId="5F500B37" w:rsidR="004223F2" w:rsidRDefault="00000000">
    <w:pPr>
      <w:pStyle w:val="Rodap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 w:rsidR="00F465F0">
      <w:rPr>
        <w:sz w:val="20"/>
      </w:rPr>
      <w:fldChar w:fldCharType="separate"/>
    </w:r>
    <w:r w:rsidR="00F465F0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4E07" w14:textId="77777777" w:rsidR="00894050" w:rsidRDefault="00894050">
      <w:pPr>
        <w:spacing w:after="0" w:line="240" w:lineRule="auto"/>
      </w:pPr>
      <w:r>
        <w:separator/>
      </w:r>
    </w:p>
  </w:footnote>
  <w:footnote w:type="continuationSeparator" w:id="0">
    <w:p w14:paraId="5FB437C0" w14:textId="77777777" w:rsidR="00894050" w:rsidRDefault="00894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204460">
    <w:abstractNumId w:val="8"/>
  </w:num>
  <w:num w:numId="2" w16cid:durableId="1806006608">
    <w:abstractNumId w:val="6"/>
  </w:num>
  <w:num w:numId="3" w16cid:durableId="1823424167">
    <w:abstractNumId w:val="5"/>
  </w:num>
  <w:num w:numId="4" w16cid:durableId="1894386110">
    <w:abstractNumId w:val="4"/>
  </w:num>
  <w:num w:numId="5" w16cid:durableId="419641448">
    <w:abstractNumId w:val="7"/>
  </w:num>
  <w:num w:numId="6" w16cid:durableId="661935052">
    <w:abstractNumId w:val="3"/>
  </w:num>
  <w:num w:numId="7" w16cid:durableId="1694723831">
    <w:abstractNumId w:val="2"/>
  </w:num>
  <w:num w:numId="8" w16cid:durableId="1256742493">
    <w:abstractNumId w:val="1"/>
  </w:num>
  <w:num w:numId="9" w16cid:durableId="81213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528F"/>
    <w:rsid w:val="004223F2"/>
    <w:rsid w:val="00894050"/>
    <w:rsid w:val="00AA1D8D"/>
    <w:rsid w:val="00B47730"/>
    <w:rsid w:val="00CB0664"/>
    <w:rsid w:val="00EC4CEE"/>
    <w:rsid w:val="00F465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0BCAB"/>
  <w14:defaultImageDpi w14:val="300"/>
  <w15:docId w15:val="{1119CAD5-C8D5-45EC-82B1-8DEE6DDDA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Gilceli Moura</cp:lastModifiedBy>
  <cp:revision>2</cp:revision>
  <cp:lastPrinted>2026-09-17T21:17:00Z</cp:lastPrinted>
  <dcterms:created xsi:type="dcterms:W3CDTF">2026-09-17T21:24:00Z</dcterms:created>
  <dcterms:modified xsi:type="dcterms:W3CDTF">2026-09-17T21:24:00Z</dcterms:modified>
  <cp:category/>
</cp:coreProperties>
</file>